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מיון לפי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🗂️ מיון לפי גזרה (ל״ה/י).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לִבְנוֹת, עָלָה, הִשְׁקָה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יָקוּם, טָסָה, יָשַׁבְנוּ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ל״ה/י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מיון לפי גזרה.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ב־נ־י/ה  |  כ־ב־י/ה  |  ע־ל־י/ה  |  פ־נ־י/ה  |  צ־פ־י/ה  |  ק־נ־י/ה  |  ר־א־י/ה  |  ש־ק־י/ה  |  ש־ת־י/ה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ל״ה/י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הִשְׁקָה  |  יָקוּם  |  יָשַׁבְנוּ  |  לִבְנוֹת  |  עָלָה  |  טָסָה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🔵 ל״ה/י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לאיזו גזרה שייך „נִבְנָה”?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לאיזו גזרה שייך „עָלָה”?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פ״י/ו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„שָׁתָה”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מיון לפי גזרה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