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כִּבָּה, קָנְתָה, הִשְׁקָה, רָאִינוּ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זָז, לְהוֹרִיד, הוֹשִׁיבָה, הֵבַנְתִּי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ל״ה/י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מיון לפי גזרה.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ל״ה/י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הִשְׁקָה  |  כִּבָּה  |  זָז  |  לְהוֹרִיד  |  קָנְתָה  |  הוֹשִׁיבָה  |  הֵבַנְתִּי  |  רָאִינוּ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„יִקְנוּ”?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„פִּנּוּ”?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„הִפְנָה”?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„קָנְתָה”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מיון לפי גזרה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