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קָנְתָה, שָׁתָה, יִקְנוּ, כִּבָּה, בָּנוּ, פִּנּוּ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מְעִירָה, הוּבַל, לְהוֹרִיד, הֵרִים, הִפִּילָה, הֵעִיר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במפיק נשמעת – שורש שלם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ל״ה/י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מיון לפי גזרה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ל״ה/י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מְעִירָה  |  הוּבַל  |  הִפִּילָה  |  פִּנּוּ  |  לְהוֹרִיד  |  בָּנוּ  |  יִקְנוּ  |  קָנְתָה  |  כִּבָּה  |  הֵרִים  |  הֵעִיר  |  שָׁתָה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בגָּבַהּ (מלשון גובה) השורש מגזרת ל״ה/י.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„הִתְרַצָּה”?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„עָלָה”?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„שָׁתָה”?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„רָאִינוּ”?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„הִשְׁקָה”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מיון לפי גזרה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