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מאמן הבלש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🕵️ מאמן הבלש (מסכם).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שָׂם · קל · נשארו: ש־ם · שורש: 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טָס · קל · נשארו: ט־ס · שורש: 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זָז · קל · נשארו: ז־ז · שורש: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נִבְנָה · נפעל · נשארו: ב־נ־ה · שורש: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מסכם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מאמן הבלש.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את השורש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שַׂמְתִּי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שָׂם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טָסָה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טָס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זָז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זָז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נִבְנָה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נִבְנָה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נשארו ש־ר.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כ־ב־ה.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י/ה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„הוֹרִידָה”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מאמן הבלש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