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 · הפעיל · נשארו: ו־ס־ף · שורש: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 · הפעיל · נשארו: ז־ז · שורש: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צִפָּה · פיעל · נשארו: צ־פ־ה · שורש: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פִּנָּה · פיעל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מסכם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מאמן הבלש.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גּ־ש.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ר־א־ה.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ק־נ־ה.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„יִקְנוּ”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מאמן הבלש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