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 · פיעל · נשארו: כ־ב־ה · שורש: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הִתְרוֹמֵם · התפעל · נשארו: ר־ו־ם · שורש: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בָּנָה · קל · נשארו: ב־נ־ה · שורש: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הִתְרַצָּה · התפעל · נשארו: ר־צ־ה · שורש: ר־צ־י/ה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 · הפעיל · נשארו: צּ־ל · שורש: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בָּנָה · קל · נשארו: ב־נ־ה · שורש: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מסכם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מאמן הבלש – מסכם: כל הגזרות יחד.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מִתְרוֹמְמוֹת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הִתְרַצָּה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הִתְרַצָּה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ש־ת־ה.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ו־ד־ע.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 באמצע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נשארו זּ־ו־ן.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 באמצע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„רָאִינוּ”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מאמן הבלש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