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השלמת משפטים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✍️ השלמת משפטים (מסכם).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הִגַּעְנוּ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הִפִּיל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אָקוּם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מסכם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השלמת משפטים.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עבר  |  הווה  |  עתיד  |  ב־י/ו־ן  |  ב־נ־י/ה  |  ז־י/ו־ז  |  ט־י/ו־ס  |  י/ו־ב־ל  |  י/ו־ד־ע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אנחנו ___ לבית הספר בשמונה. (נ־ג־ע, הפעיל,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נָגַעְנוּ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הִגַּעְנוּ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יָלְדָה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נוֹלְדָה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הילד ___ את הכוס בטעות. (נ־פ־ל, הפעיל,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נָפַל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הִפִּיל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מחר אני ___ מוקדם. (ק־י/ו־ם, קל, עתיד)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אָקוּם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קַמְתִּי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המקהלה שָׁרָה שיר חדש בטקס.  ←  הפועל: שָׁרָה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השביל הוֹבִיל אותנו אל המעיין.  ←  הפועל: הוֹבִיל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הכדור הפורח עָלָה לאט אל השמיים.  ←  הפועל: עָלָה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„בָּנוּ”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השלמת משפטים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